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513F" w14:textId="335A52E1" w:rsidR="00B46F42" w:rsidRDefault="00CA6726" w:rsidP="00CA6726">
      <w:pPr>
        <w:jc w:val="center"/>
      </w:pPr>
      <w:r>
        <w:rPr>
          <w:b/>
          <w:sz w:val="40"/>
        </w:rPr>
        <w:t xml:space="preserve">TDIPJC - </w:t>
      </w:r>
      <w:r w:rsidR="00CA3921">
        <w:rPr>
          <w:b/>
          <w:sz w:val="40"/>
        </w:rPr>
        <w:t>LIGNE DU TEMPS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  <w:gridCol w:w="2835"/>
      </w:tblGrid>
      <w:tr w:rsidR="00B46F42" w:rsidRPr="00CA6726" w14:paraId="359AF5EC" w14:textId="77777777">
        <w:trPr>
          <w:trHeight w:val="1701"/>
        </w:trPr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4DBBAAFD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339B823B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6FDFCE7F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7801DFC2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7AF21EF7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</w:tr>
      <w:tr w:rsidR="00B46F42" w14:paraId="66D8B60A" w14:textId="77777777">
        <w:trPr>
          <w:trHeight w:val="1701"/>
        </w:trPr>
        <w:tc>
          <w:tcPr>
            <w:tcW w:w="2835" w:type="dxa"/>
            <w:tcBorders>
              <w:top w:val="single" w:sz="18" w:space="0" w:color="404040"/>
              <w:left w:val="nil"/>
              <w:bottom w:val="single" w:sz="0" w:space="0" w:color="FFFFFF"/>
              <w:right w:val="nil"/>
            </w:tcBorders>
            <w:vAlign w:val="center"/>
          </w:tcPr>
          <w:p w14:paraId="14D932E2" w14:textId="2DF71F30" w:rsidR="00B46F42" w:rsidRDefault="00CA6726">
            <w:pPr>
              <w:jc w:val="center"/>
            </w:pPr>
            <w:r>
              <w:rPr>
                <w:sz w:val="32"/>
              </w:rPr>
              <w:t xml:space="preserve">=&gt; </w:t>
            </w:r>
          </w:p>
        </w:tc>
        <w:tc>
          <w:tcPr>
            <w:tcW w:w="2835" w:type="dxa"/>
            <w:tcBorders>
              <w:top w:val="single" w:sz="18" w:space="0" w:color="404040"/>
              <w:left w:val="nil"/>
              <w:bottom w:val="single" w:sz="0" w:space="0" w:color="FFFFFF"/>
              <w:right w:val="nil"/>
            </w:tcBorders>
            <w:vAlign w:val="center"/>
          </w:tcPr>
          <w:p w14:paraId="6B81BAE7" w14:textId="4C95EFED" w:rsidR="00B46F42" w:rsidRDefault="00CA6726">
            <w:pPr>
              <w:jc w:val="center"/>
            </w:pPr>
            <w:r>
              <w:rPr>
                <w:sz w:val="32"/>
              </w:rPr>
              <w:t xml:space="preserve">=&gt; </w:t>
            </w:r>
          </w:p>
        </w:tc>
        <w:tc>
          <w:tcPr>
            <w:tcW w:w="2835" w:type="dxa"/>
            <w:tcBorders>
              <w:top w:val="single" w:sz="18" w:space="0" w:color="404040"/>
              <w:left w:val="nil"/>
              <w:bottom w:val="single" w:sz="0" w:space="0" w:color="FFFFFF"/>
              <w:right w:val="nil"/>
            </w:tcBorders>
            <w:vAlign w:val="center"/>
          </w:tcPr>
          <w:p w14:paraId="6AEC0F99" w14:textId="5C314FDD" w:rsidR="00B46F42" w:rsidRDefault="00CA6726">
            <w:pPr>
              <w:jc w:val="center"/>
            </w:pPr>
            <w:r>
              <w:rPr>
                <w:sz w:val="32"/>
              </w:rPr>
              <w:t xml:space="preserve">=&gt; </w:t>
            </w:r>
          </w:p>
        </w:tc>
        <w:tc>
          <w:tcPr>
            <w:tcW w:w="2835" w:type="dxa"/>
            <w:tcBorders>
              <w:top w:val="single" w:sz="18" w:space="0" w:color="404040"/>
              <w:left w:val="nil"/>
              <w:bottom w:val="single" w:sz="0" w:space="0" w:color="FFFFFF"/>
              <w:right w:val="nil"/>
            </w:tcBorders>
            <w:vAlign w:val="center"/>
          </w:tcPr>
          <w:p w14:paraId="7D1F5F22" w14:textId="64C093DA" w:rsidR="00B46F42" w:rsidRDefault="00CA6726">
            <w:pPr>
              <w:jc w:val="center"/>
            </w:pPr>
            <w:r>
              <w:rPr>
                <w:sz w:val="32"/>
              </w:rPr>
              <w:t xml:space="preserve">=&gt; </w:t>
            </w:r>
          </w:p>
        </w:tc>
        <w:tc>
          <w:tcPr>
            <w:tcW w:w="2835" w:type="dxa"/>
            <w:tcBorders>
              <w:top w:val="single" w:sz="18" w:space="0" w:color="404040"/>
              <w:left w:val="nil"/>
              <w:bottom w:val="single" w:sz="0" w:space="0" w:color="FFFFFF"/>
              <w:right w:val="nil"/>
            </w:tcBorders>
            <w:vAlign w:val="center"/>
          </w:tcPr>
          <w:p w14:paraId="3791939D" w14:textId="74E17F9A" w:rsidR="00B46F42" w:rsidRDefault="00CA6726">
            <w:pPr>
              <w:jc w:val="center"/>
            </w:pPr>
            <w:r>
              <w:rPr>
                <w:sz w:val="32"/>
              </w:rPr>
              <w:t xml:space="preserve">=&gt; </w:t>
            </w:r>
          </w:p>
        </w:tc>
      </w:tr>
      <w:tr w:rsidR="00B46F42" w:rsidRPr="00CA6726" w14:paraId="4379E85C" w14:textId="77777777">
        <w:trPr>
          <w:trHeight w:val="1701"/>
        </w:trPr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9F9F9"/>
            <w:vAlign w:val="center"/>
          </w:tcPr>
          <w:p w14:paraId="22CC8CD4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9F9F9"/>
            <w:vAlign w:val="center"/>
          </w:tcPr>
          <w:p w14:paraId="1C4369C6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9F9F9"/>
            <w:vAlign w:val="center"/>
          </w:tcPr>
          <w:p w14:paraId="613D92B7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9F9F9"/>
            <w:vAlign w:val="center"/>
          </w:tcPr>
          <w:p w14:paraId="123262C1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9F9F9"/>
            <w:vAlign w:val="center"/>
          </w:tcPr>
          <w:p w14:paraId="32034BA6" w14:textId="77777777" w:rsidR="00B46F42" w:rsidRPr="00CA6726" w:rsidRDefault="00CA3921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</w:tr>
    </w:tbl>
    <w:p w14:paraId="36D3EF15" w14:textId="77777777" w:rsidR="00B46F42" w:rsidRDefault="00B46F42">
      <w:pPr>
        <w:rPr>
          <w:lang w:val="fr-FR"/>
        </w:rPr>
      </w:pPr>
    </w:p>
    <w:p w14:paraId="43137D23" w14:textId="0DA90E9E" w:rsidR="00CA6726" w:rsidRDefault="00CA6726" w:rsidP="00CA6726">
      <w:pPr>
        <w:pStyle w:val="ListParagraph"/>
        <w:rPr>
          <w:sz w:val="32"/>
          <w:szCs w:val="32"/>
          <w:lang w:val="fr-FR"/>
        </w:rPr>
      </w:pPr>
      <w:r w:rsidRPr="00CA6726">
        <w:rPr>
          <w:sz w:val="32"/>
          <w:szCs w:val="32"/>
          <w:lang w:val="fr-FR"/>
        </w:rPr>
        <w:t>&lt;=                                          &lt;=                                     &lt;=</w:t>
      </w:r>
      <w:r>
        <w:rPr>
          <w:sz w:val="32"/>
          <w:szCs w:val="32"/>
          <w:lang w:val="fr-FR"/>
        </w:rPr>
        <w:t xml:space="preserve">                           &lt;=                                     &lt;=</w:t>
      </w:r>
    </w:p>
    <w:p w14:paraId="5B7EC334" w14:textId="77777777" w:rsidR="00CA6726" w:rsidRPr="00CA6726" w:rsidRDefault="00CA6726" w:rsidP="00CA6726">
      <w:pPr>
        <w:rPr>
          <w:sz w:val="32"/>
          <w:szCs w:val="32"/>
          <w:lang w:val="fr-F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  <w:gridCol w:w="2835"/>
      </w:tblGrid>
      <w:tr w:rsidR="00CA6726" w:rsidRPr="00CA6726" w14:paraId="7E0DC153" w14:textId="77777777" w:rsidTr="00E9513A">
        <w:trPr>
          <w:trHeight w:val="1701"/>
        </w:trPr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5B75598A" w14:textId="77777777" w:rsidR="00CA6726" w:rsidRPr="00CA6726" w:rsidRDefault="00CA6726" w:rsidP="00E9513A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3FF8EE81" w14:textId="77777777" w:rsidR="00CA6726" w:rsidRPr="00CA6726" w:rsidRDefault="00CA6726" w:rsidP="00E9513A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4BE2AFDE" w14:textId="77777777" w:rsidR="00CA6726" w:rsidRPr="00CA6726" w:rsidRDefault="00CA6726" w:rsidP="00E9513A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5281ABCB" w14:textId="77777777" w:rsidR="00CA6726" w:rsidRPr="00CA6726" w:rsidRDefault="00CA6726" w:rsidP="00E9513A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  <w:tc>
          <w:tcPr>
            <w:tcW w:w="283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53A863E9" w14:textId="77777777" w:rsidR="00CA6726" w:rsidRPr="00CA6726" w:rsidRDefault="00CA6726" w:rsidP="00E9513A">
            <w:pPr>
              <w:jc w:val="center"/>
              <w:rPr>
                <w:lang w:val="fr-FR"/>
              </w:rPr>
            </w:pPr>
            <w:r w:rsidRPr="00CA6726">
              <w:rPr>
                <w:sz w:val="18"/>
                <w:lang w:val="fr-FR"/>
              </w:rPr>
              <w:t>DATE / PÉRIODE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  <w:t>Événement / idée à ajouter</w:t>
            </w:r>
            <w:r w:rsidRPr="00CA6726">
              <w:rPr>
                <w:sz w:val="18"/>
                <w:lang w:val="fr-FR"/>
              </w:rPr>
              <w:br/>
            </w:r>
            <w:r w:rsidRPr="00CA6726">
              <w:rPr>
                <w:sz w:val="18"/>
                <w:lang w:val="fr-FR"/>
              </w:rPr>
              <w:br/>
            </w:r>
          </w:p>
        </w:tc>
      </w:tr>
    </w:tbl>
    <w:p w14:paraId="7B87D46A" w14:textId="1002D13B" w:rsidR="00B46F42" w:rsidRPr="00CA6726" w:rsidRDefault="00B46F42">
      <w:pPr>
        <w:jc w:val="center"/>
        <w:rPr>
          <w:lang w:val="fr-FR"/>
        </w:rPr>
      </w:pPr>
    </w:p>
    <w:p w14:paraId="0107233A" w14:textId="47F8CF7A" w:rsidR="00CA3921" w:rsidRPr="00CA6726" w:rsidRDefault="00CA3921">
      <w:pPr>
        <w:rPr>
          <w:lang w:val="fr-FR"/>
        </w:rPr>
      </w:pPr>
    </w:p>
    <w:sectPr w:rsidR="00CA3921" w:rsidRPr="00CA6726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BB67E4"/>
    <w:multiLevelType w:val="hybridMultilevel"/>
    <w:tmpl w:val="7B423258"/>
    <w:lvl w:ilvl="0" w:tplc="71322930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05636">
    <w:abstractNumId w:val="8"/>
  </w:num>
  <w:num w:numId="2" w16cid:durableId="691761332">
    <w:abstractNumId w:val="6"/>
  </w:num>
  <w:num w:numId="3" w16cid:durableId="1718506597">
    <w:abstractNumId w:val="5"/>
  </w:num>
  <w:num w:numId="4" w16cid:durableId="1959487268">
    <w:abstractNumId w:val="4"/>
  </w:num>
  <w:num w:numId="5" w16cid:durableId="38751524">
    <w:abstractNumId w:val="7"/>
  </w:num>
  <w:num w:numId="6" w16cid:durableId="1467044198">
    <w:abstractNumId w:val="3"/>
  </w:num>
  <w:num w:numId="7" w16cid:durableId="873807885">
    <w:abstractNumId w:val="2"/>
  </w:num>
  <w:num w:numId="8" w16cid:durableId="1123958123">
    <w:abstractNumId w:val="1"/>
  </w:num>
  <w:num w:numId="9" w16cid:durableId="1943295577">
    <w:abstractNumId w:val="0"/>
  </w:num>
  <w:num w:numId="10" w16cid:durableId="1477575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4596"/>
    <w:rsid w:val="00AA1D8D"/>
    <w:rsid w:val="00B46F42"/>
    <w:rsid w:val="00B47730"/>
    <w:rsid w:val="00CA3921"/>
    <w:rsid w:val="00CA672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F3FD6"/>
  <w14:defaultImageDpi w14:val="300"/>
  <w15:docId w15:val="{EE22E344-8595-474C-95E3-AFC401A3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726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Sandrine Brachotte</cp:lastModifiedBy>
  <cp:revision>2</cp:revision>
  <dcterms:created xsi:type="dcterms:W3CDTF">2026-08-28T18:56:00Z</dcterms:created>
  <dcterms:modified xsi:type="dcterms:W3CDTF">2026-08-28T18:56:00Z</dcterms:modified>
  <cp:category/>
</cp:coreProperties>
</file>